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המהפכה התעשייתית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צפייה פעילה בסרטון על "המהפכה התעשייתית":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https://historia-et-hachadasha.sites.tab.bot/video-mahapecha.html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המצאת ה'ג'ני הטווה' – בסביבות 1764–1765 (פטנט 1770)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פטנט וואט – 1769; מנועים מסחריים – 1776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פטנט הנול המכני של קרטרייט – 1785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החלפת עבודת ידיים בעבודה של מכונות.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ריכוז עובדים ומכונות במבנה אחד, תחת פיקוח ובשעות עבודה קבועות.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ג'יימס וואט, ריצ'רד ארקרייט, ג'ורג' סטפנסון; מושגים: מיכון, שיטת המפעל, מנוע קיטור.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1785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ממציא סקוטי; שיפר את מנוע הקיטור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יזם; מייסד המטוויות הממוכנות הראשונות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מהנדס; מחלוצי הקטר ומסילות הברזל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המהפכה התעשייתית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צפו בסרטון בעמוד "המהפכה התעשייתית – סרטון ושאלות" באתר וענו על השאלות לפי הסדר.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החלפת עבודת ידיים בעבודה של מכונות.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שיטת המפעל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🏭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ריכוז עובדים ומכונות במבנה אחד, תחת פיקוח ובשעות עבודה קבועות. (factory)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מנוע קיטור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🚂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מכונה הממירה את כוח הקיטור מחימום מים לתנועה; מקור אנרגיה מרכזי… (steam engine)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עיור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🏙️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מעבר של אוכלוסייה מהכפר לעיר וגידול מהיר של הערים. (urbanization)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מעמד הפועלים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👷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שכבה חברתית חדשה של עובדים שכירים במפעלים, שחיו משכרם בלבד. (worker)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חשבו על חפץ אחד בבית שלכם. כיצד היו מייצרים אותו לפני 300 שנה?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"מיכון"?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החלפת עבודת ידיים בעבודה של מכונות.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מעמד בעלי ההון, הסוחרים ובעלי המפעלים, שהתחזק בתקופה.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מעבר של אוכלוסייה מהכפר לעיר וגידול מהיר של הערים.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"שיטת המפעל"?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החלפת עבודת ידיים בעבודה של מכונות.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ריכוז עובדים ומכונות במבנה אחד, תחת פיקוח ובשעות עבודה קבועות.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רעיון הדוגל בשוויון כלכלי ובבעלות משותפת או בפיקוח הציבור על אמצעי הייצור.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רשמו שתי המצאות מרכזיות ואת השפעתן.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מנוע הקיטור הפעיל מכונות ורכבות.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במקום לעבוד בידיים, עבדו עם מכונות.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המהפכה התעשייתית התחילה בבריטניה.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1764: אדמונד קרטרייט רושם פטנט על הנול המכני.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מי זה?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בין השם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ג'יימס וואט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מהנדס; מחלוצי הקטר ומסילות הברזל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ריצ'רד ארקרייט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ממציא סקוטי; שיפר את מנוע הקיטור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ג'ורג' סטפנסון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יזם; מייסד המטוויות הממוכנות הראשונות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אחרי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היה הדבר הכי מעניין בסרטון? כתבו 2–3 משפטים.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"בסרטון ראיתי ש..."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"זה מעניין כי..."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המהפכה התעשייתית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