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המהפכה התעשייתית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צפייה פעילה בסרטון על "המהפכה התעשייתית":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https://historia-et-hachadasha.sites.tab.bot/video-mahapecha.html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פטנט הנול המכני של קרטרייט – 1785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החלפת עבודת ידיים בעבודה של מכונות.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ריכוז עובדים ומכונות במבנה אחד, תחת פיקוח ובשעות עבודה קבועות.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תשובות לפי הסרטון. אפשר להיעזר בעמוד היחידה – דמויות: ג'יימס וואט, ריצ'רד ארקרייט, ג'ורג' סטפנסון; מושגים: מיכון, שיטת המפעל, מנוע קיטור.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1848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ממציא סקוטי; שיפר את מנוע הקיטור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יזם; מייסד המטוויות הממוכנות הראשונות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מהנדס; מחלוצי הקטר ומסילות הברזל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המהפכה התעשייתית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צפו בסרטון בעמוד "המהפכה התעשייתית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מיכון  |  שיטת המפעל  |  מנוע קיטור  |  עיור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חשבו על חפץ אחד בבית שלכם. כיצד היו מייצרים אותו לפני 300 שנה?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"מיכון"?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מעבר של אוכלוסייה מהכפר לעיר וגידול מהיר של הערים.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החלפת עבודת ידיים בעבודה של מכונות.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ארגון של עובדים הפועל לשיפור שכרם ותנאי עבודתם.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"שיטת המפעל"?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גישה שלפיה השוק צריך לפעול בחופשיות עם מעט התערבות של המדינה.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ריכוז עובדים ומכונות במבנה אחד, תחת פיקוח ובשעות עבודה קבועות.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שינויים בשיטות החקלאות שהגדילו את התנובה ושחררו עובדים לעבודה בתעשייה.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רשמו שתי המצאות מרכזיות ואת השפעתן.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מנוע הקיטור הפעיל מכונות ורכבות.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1785: מרקס ואנגלס מפרסמים את 'המניפסט הקומוניסטי'.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במקום לעבוד בידיים, עבדו עם מכונות.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המהפכה התעשייתית התחילה בבריטניה.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ג'יימס וואט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יזם; מייסד המטוויות הממוכנות הראשונות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ריצ'רד ארקרייט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ממציא סקוטי; שיפר את מנוע הקיטור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ג'ורג' סטפנסון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מהנדס; מחלוצי הקטר ומסילות הברזל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המהפכה התעשייתית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