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תנועת ההשכלה היהודית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"תנועת ההשכלה היהודית":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https://historia-et-hachadasha.sites.tab.bot/video-haskala.html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תנועה יהודית שקראה לשלב השכלה כללית ותרבות אירופית בחיים היהודיים.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איש תנועת ההשכלה, שלמד גם לימודים כלליים ופעל להפצתם.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משה מנדלסון, נפתלי הרץ ויזל, יצחק בער לוינזון; מושגים: השכלה, משכיל, ה'ביאור'.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משה מנדלסון, נפתלי הרץ ויזל, יצחק בער לוינזון; מושגים: השכלה, משכיל, ה'ביאור'.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1780–1783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1863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קמה תנועת ההשכלה בברלין בסוף המאה ה-18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תרגום התורה של מנדלסון לגרמנית והפירוש 'ביאור'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ויזל פרסם את 'דברי שלום ואמת' והוקמו בתי ספר מודרניים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כתב העת 'המאסף', שירה ורומנים עבריים – יסוד לספרות העברית החדשה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"תנועת ההשכלה היהודית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'השכלה' כמילה רגילה לבין 'תנועת ההשכלה'?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"השכלה"?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מונח של ויזל לידע הכללי – מוסר, שפות, מדעים ומקצועות.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פירוש עברי לתורה שליווה את תרגום מנדלסון לגרמנית.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"משכיל"?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חידוש השימוש בעברית ככלי לספרות, לשירה ולעיתונות.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פירוש עברי לתורה שליווה את תרגום מנדלסון לגרמנית.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שני משכילים ותרומה אחת של כל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היו טענות המתנגדים להשכלה?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כיצד תרמה ההשכלה לתחיית השפה העברית.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 היה מנהיג חשוב של ההשכלה.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1828: מנדלסון ושותפיו מוציאים את תרגום התורה לגרמנית עם ה'ביאור'.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הקימו בתי ספר חדשים.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הם כתבו ספרים ושירים בעברית.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1786: יהודה לייב גורדון מפרסם את השיר 'הקיצה עמי'.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השפעת הנאורות האירופית והמפגש של יהודי ברלין עם התרבות הגרמנית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כתב העת 'המאסף', שירה ורומנים עבריים – יסוד לספרות העברית החדשה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הרצון לקרב יהודים לשפה ולתרבות הגרמנית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ויזל פרסם את 'דברי שלום ואמת' והוקמו בתי ספר מודרניים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'כתב הסובלנות' (1782) עודד חינוך כללי ליהודים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תרגום התורה של מנדלסון לגרמנית והפירוש 'ביאור'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ביקשו לחדש את העברית ככלי תרבות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קמה תנועת ההשכלה בברלין בסוף המאה ה-18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אפשר באמת להיות 'אדם בצאתך ויהודי באוהלך'? אילו קשיים יש בחלוקה כזאת?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תנועת ההשכלה היהודית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