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סרטון: תנועת ההשכלה היהודית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צפייה פעילה בסרטון על "תנועת ההשכלה היהודית": שאלות לפני, במהלך ואחרי הצפייה.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חט״ב · תיכון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https://historia-et-hachadasha.sites.tab.bot/video-haskala.html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הקרינו את הסרטון/ים מעמוד הסרטון באתר. עצרו אחרי כל קטע לשאלות "במהלך הצפייה".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שנות חייו של נפתלי הרץ ויזל 1725–1805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'הקיצה עמי' של יל"ג – 1863 (פורסם 1866)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'חינוך נערים' בברלין – 1778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שנות פרסום תרגום מנדלסון 1780–1783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לפני הצפייה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תנועה יהודית שקראה לשלב השכלה כללית ותרבות אירופית בחיים היהודיים.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איש תנועת ההשכלה, שלמד גם לימודים כלליים ופעל להפצתם.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במהלך הצפייה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תשובות לפי הסרטון. אפשר להיעזר בעמוד היחידה – דמויות: משה מנדלסון, נפתלי הרץ ויזל, יצחק בער לוינזון; מושגים: השכלה, משכיל, ה'ביאור'.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נכון או לא נכון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השנה הנכונה: 1863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מי זה?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אבי ההשכלה; תרגום התורה לגרמנית והספר 'ירושלים'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משורר ומשכיל; 'דברי שלום ואמת' (1782)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'אבי ההשכלה ברוסיה'; 'תעודה בישראל'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אחרי הצפייה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🎬 סרטון: תנועת ההשכלה היהודית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צפו בסרטון בעמוד "תנועת ההשכלה היהודית – סרטון ושאלות" באתר וענו על השאלות לפי הסדר.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השכלה  |  משכיל  |  ה'ביאור'  |  'המאסף'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לפני הצפייה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מה ההבדל בין 'השכלה' כמילה רגילה לבין 'תנועת ההשכלה'?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מה פירוש המושג "השכלה"?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בתי ספר ששילבו לימודי קודש עם חשבון, שפות ומדעים.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רבנים ומנהיגי קהילות שחששו שההשכלה תפגע במסורת ותוביל להתבוללות.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תנועה יהודית שקראה לשלב השכלה כללית ותרבות אירופית בחיים היהודיים.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מה פירוש המושג "משכיל"?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חידוש השימוש בעברית ככלי לספרות, לשירה ולעיתונות.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הקריאה של המשכילים לעבור לעיסוקים 'יצרניים' כמו מלאכה וחקלאות.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איש תנועת ההשכלה, שלמד גם לימודים כלליים ופעל להפצתם.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במהלך הצפייה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רשמו שני משכילים ותרומה אחת של כל אחד.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✓.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משה מנדלסון היה מנהיג חשוב של ההשכלה.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בשנת 1853: יהודה לייב גורדון מפרסם את השיר 'הקיצה עמי'.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ההשכלה הייתה תנועה של יהודים.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המשכילים רצו ללמוד גם מדע ושפות.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מי זה?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התאימו בין השם לתיאור.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משה מנדלסון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א. 'אבי ההשכלה ברוסיה'; 'תעודה בישראל'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נפתלי הרץ ויזל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ב. משורר ומשכיל; 'דברי שלום ואמת' (1782)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יצחק בער לוינזון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ג. אבי ההשכלה; תרגום התורה לגרמנית והספר 'ירושלים'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אחרי הצפייה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מה היה הדבר הכי מעניין בסרטון? כתבו 2–3 משפטים.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"בסרטון ראיתי ש..."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"זה מעניין כי..."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דבר אחד חדש שלמדתי מהסרטון: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שאלה שהייתי רוצה לשאול: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דרגו את הסרטון: ⭐ ⭐ ⭐ ⭐ 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סרטון: תנועת ההשכלה היהודית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